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60FC" w14:textId="67EF3089" w:rsidR="00912EB6" w:rsidRPr="005C0281" w:rsidRDefault="00000000" w:rsidP="005C0281">
      <w:pPr>
        <w:pStyle w:val="Title"/>
        <w:jc w:val="center"/>
        <w:rPr>
          <w:rFonts w:ascii="Times New Roman" w:hAnsi="Times New Roman" w:cs="Times New Roman"/>
        </w:rPr>
      </w:pPr>
      <w:r w:rsidRPr="005C0281">
        <w:rPr>
          <w:rFonts w:ascii="Times New Roman" w:hAnsi="Times New Roman" w:cs="Times New Roman"/>
        </w:rPr>
        <w:t>QUY ĐỊNH TRÌNH BÀY BÁO CÁO</w:t>
      </w:r>
    </w:p>
    <w:p w14:paraId="34A38607" w14:textId="0EE5DF5C" w:rsidR="00597E27" w:rsidRPr="00597E27" w:rsidRDefault="00597E27" w:rsidP="00597E27">
      <w:pPr>
        <w:jc w:val="center"/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</w:pPr>
      <w:r w:rsidRPr="00597E27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>Bắt buộc có trang bìa</w:t>
      </w:r>
    </w:p>
    <w:p w14:paraId="47E94EEE" w14:textId="52AF92E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1. Hình thức trình bày:</w:t>
      </w:r>
    </w:p>
    <w:p w14:paraId="5C85E0D1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Font chữ: Times New Roman, Unicode</w:t>
      </w:r>
    </w:p>
    <w:p w14:paraId="48DE25C8" w14:textId="77777777" w:rsidR="005C0281" w:rsidRDefault="00000000" w:rsidP="005C0281">
      <w:pPr>
        <w:tabs>
          <w:tab w:val="num" w:pos="720"/>
        </w:tabs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 xml:space="preserve">- Cỡ chữ: </w:t>
      </w:r>
    </w:p>
    <w:p w14:paraId="622C562E" w14:textId="045841BA" w:rsidR="005C0281" w:rsidRPr="005C0281" w:rsidRDefault="005C0281" w:rsidP="005C0281">
      <w:pPr>
        <w:pStyle w:val="ListParagraph"/>
        <w:numPr>
          <w:ilvl w:val="0"/>
          <w:numId w:val="11"/>
        </w:numPr>
        <w:tabs>
          <w:tab w:val="num" w:pos="720"/>
        </w:tabs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 xml:space="preserve">Nội dung: </w:t>
      </w:r>
      <w:r w:rsidRPr="005C0281">
        <w:rPr>
          <w:rFonts w:ascii="Times New Roman" w:hAnsi="Times New Roman" w:cs="Times New Roman"/>
          <w:b/>
          <w:bCs/>
          <w:sz w:val="26"/>
          <w:szCs w:val="26"/>
        </w:rPr>
        <w:t>13 hoặc 14</w:t>
      </w:r>
      <w:r w:rsidRPr="005C028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F3052B" w14:textId="77777777" w:rsidR="005C0281" w:rsidRPr="005C0281" w:rsidRDefault="005C0281" w:rsidP="005C0281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 xml:space="preserve">Tiêu đề chính: </w:t>
      </w:r>
      <w:r w:rsidRPr="005C0281">
        <w:rPr>
          <w:rFonts w:ascii="Times New Roman" w:hAnsi="Times New Roman" w:cs="Times New Roman"/>
          <w:b/>
          <w:bCs/>
          <w:sz w:val="26"/>
          <w:szCs w:val="26"/>
        </w:rPr>
        <w:t>16–18</w:t>
      </w:r>
      <w:r w:rsidRPr="005C0281">
        <w:rPr>
          <w:rFonts w:ascii="Times New Roman" w:hAnsi="Times New Roman" w:cs="Times New Roman"/>
          <w:sz w:val="26"/>
          <w:szCs w:val="26"/>
        </w:rPr>
        <w:t xml:space="preserve">, in đậm, viết hoa </w:t>
      </w:r>
    </w:p>
    <w:p w14:paraId="5B1A1B7C" w14:textId="77777777" w:rsidR="005C0281" w:rsidRPr="005C0281" w:rsidRDefault="005C0281" w:rsidP="005C0281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 xml:space="preserve">Tiêu đề phụ: </w:t>
      </w:r>
      <w:r w:rsidRPr="005C0281">
        <w:rPr>
          <w:rFonts w:ascii="Times New Roman" w:hAnsi="Times New Roman" w:cs="Times New Roman"/>
          <w:b/>
          <w:bCs/>
          <w:sz w:val="26"/>
          <w:szCs w:val="26"/>
        </w:rPr>
        <w:t>14–16</w:t>
      </w:r>
      <w:r w:rsidRPr="005C0281">
        <w:rPr>
          <w:rFonts w:ascii="Times New Roman" w:hAnsi="Times New Roman" w:cs="Times New Roman"/>
          <w:sz w:val="26"/>
          <w:szCs w:val="26"/>
        </w:rPr>
        <w:t>, in đậm</w:t>
      </w:r>
    </w:p>
    <w:p w14:paraId="2778C8D2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Giãn dòng: 1.5 lines</w:t>
      </w:r>
    </w:p>
    <w:p w14:paraId="5FBCE8BE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Canh lề: đều hai bên (Justify)</w:t>
      </w:r>
    </w:p>
    <w:p w14:paraId="6D39B3A9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 xml:space="preserve">- Lề trang: </w:t>
      </w:r>
      <w:r w:rsidRPr="005C0281">
        <w:rPr>
          <w:rFonts w:ascii="Times New Roman" w:hAnsi="Times New Roman" w:cs="Times New Roman"/>
          <w:b/>
          <w:bCs/>
          <w:sz w:val="26"/>
          <w:szCs w:val="26"/>
        </w:rPr>
        <w:t>Trái 3–3.5 cm; Phải 2–2.5 cm; Trên/Dưới 2–2.5 cm</w:t>
      </w:r>
    </w:p>
    <w:p w14:paraId="59AE5726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10523748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2. Định dạng đoạn văn:</w:t>
      </w:r>
    </w:p>
    <w:p w14:paraId="3D1F7CE7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Thụt đầu dòng: 1–1.27 cm</w:t>
      </w:r>
    </w:p>
    <w:p w14:paraId="7C078926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Khoảng cách đoạn: Before 0 pt, After 6 pt</w:t>
      </w:r>
    </w:p>
    <w:p w14:paraId="482571D6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5F8D0278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3. Tiêu đề và đánh số:</w:t>
      </w:r>
    </w:p>
    <w:p w14:paraId="3FA4ACBB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Trình bày theo hệ thống: 1 → 1.1 → 1.1.1</w:t>
      </w:r>
    </w:p>
    <w:p w14:paraId="2B83546E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In đậm, căn trái, không chấm cuối dòng</w:t>
      </w:r>
    </w:p>
    <w:p w14:paraId="684AD946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1A7E400D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4. Bảng và hình:</w:t>
      </w:r>
    </w:p>
    <w:p w14:paraId="786C0298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Bảng: ghi tên phía trên</w:t>
      </w:r>
    </w:p>
    <w:p w14:paraId="62AC732F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Hình: ghi chú thích phía dưới</w:t>
      </w:r>
    </w:p>
    <w:p w14:paraId="0CCBB68E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lastRenderedPageBreak/>
        <w:t>- Phải ghi rõ nguồn (Nguồn: …)</w:t>
      </w:r>
    </w:p>
    <w:p w14:paraId="7E272F50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404F0613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5. Yêu cầu bắt buộc:</w:t>
      </w:r>
    </w:p>
    <w:p w14:paraId="32A8E40A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Hình ảnh, bảng biểu phải có nguồn rõ ràng</w:t>
      </w:r>
    </w:p>
    <w:p w14:paraId="14412502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Bài nộp dưới dạng file Word (.doc/.docx)</w:t>
      </w:r>
    </w:p>
    <w:p w14:paraId="22357B3F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- Có mục “</w:t>
      </w:r>
      <w:r w:rsidRPr="005C0281">
        <w:rPr>
          <w:rFonts w:ascii="Times New Roman" w:hAnsi="Times New Roman" w:cs="Times New Roman"/>
          <w:b/>
          <w:bCs/>
          <w:sz w:val="26"/>
          <w:szCs w:val="26"/>
          <w:highlight w:val="yellow"/>
        </w:rPr>
        <w:t>Tài liệu tham khảo</w:t>
      </w:r>
      <w:r w:rsidRPr="005C0281">
        <w:rPr>
          <w:rFonts w:ascii="Times New Roman" w:hAnsi="Times New Roman" w:cs="Times New Roman"/>
          <w:sz w:val="26"/>
          <w:szCs w:val="26"/>
        </w:rPr>
        <w:t>” ở cuối bài</w:t>
      </w:r>
    </w:p>
    <w:p w14:paraId="78C5D83B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5905400D" w14:textId="77777777" w:rsidR="00912EB6" w:rsidRPr="005C0281" w:rsidRDefault="00000000">
      <w:pPr>
        <w:rPr>
          <w:rFonts w:ascii="Times New Roman" w:hAnsi="Times New Roman" w:cs="Times New Roman"/>
          <w:color w:val="EE0000"/>
          <w:sz w:val="26"/>
          <w:szCs w:val="26"/>
        </w:rPr>
      </w:pPr>
      <w:r w:rsidRPr="005C0281">
        <w:rPr>
          <w:rFonts w:ascii="Times New Roman" w:hAnsi="Times New Roman" w:cs="Times New Roman"/>
          <w:color w:val="EE0000"/>
          <w:sz w:val="26"/>
          <w:szCs w:val="26"/>
        </w:rPr>
        <w:t>6. Lưu ý:</w:t>
      </w:r>
    </w:p>
    <w:p w14:paraId="39770CDD" w14:textId="77777777" w:rsidR="00912EB6" w:rsidRPr="005C0281" w:rsidRDefault="00000000">
      <w:pPr>
        <w:rPr>
          <w:rFonts w:ascii="Times New Roman" w:hAnsi="Times New Roman" w:cs="Times New Roman"/>
          <w:color w:val="EE0000"/>
          <w:sz w:val="26"/>
          <w:szCs w:val="26"/>
        </w:rPr>
      </w:pPr>
      <w:r w:rsidRPr="005C0281">
        <w:rPr>
          <w:rFonts w:ascii="Times New Roman" w:hAnsi="Times New Roman" w:cs="Times New Roman"/>
          <w:color w:val="EE0000"/>
          <w:sz w:val="26"/>
          <w:szCs w:val="26"/>
        </w:rPr>
        <w:t>- Không dùng nhiều font</w:t>
      </w:r>
    </w:p>
    <w:p w14:paraId="27354178" w14:textId="77777777" w:rsidR="00912EB6" w:rsidRPr="005C0281" w:rsidRDefault="00000000">
      <w:pPr>
        <w:rPr>
          <w:rFonts w:ascii="Times New Roman" w:hAnsi="Times New Roman" w:cs="Times New Roman"/>
          <w:color w:val="EE0000"/>
          <w:sz w:val="26"/>
          <w:szCs w:val="26"/>
        </w:rPr>
      </w:pPr>
      <w:r w:rsidRPr="005C0281">
        <w:rPr>
          <w:rFonts w:ascii="Times New Roman" w:hAnsi="Times New Roman" w:cs="Times New Roman"/>
          <w:color w:val="EE0000"/>
          <w:sz w:val="26"/>
          <w:szCs w:val="26"/>
        </w:rPr>
        <w:t>- Không căn chỉnh bằng dấu cách</w:t>
      </w:r>
    </w:p>
    <w:p w14:paraId="411D6180" w14:textId="77777777" w:rsidR="00912EB6" w:rsidRPr="005C0281" w:rsidRDefault="00000000">
      <w:pPr>
        <w:rPr>
          <w:rFonts w:ascii="Times New Roman" w:hAnsi="Times New Roman" w:cs="Times New Roman"/>
          <w:color w:val="EE0000"/>
          <w:sz w:val="26"/>
          <w:szCs w:val="26"/>
        </w:rPr>
      </w:pPr>
      <w:r w:rsidRPr="005C0281">
        <w:rPr>
          <w:rFonts w:ascii="Times New Roman" w:hAnsi="Times New Roman" w:cs="Times New Roman"/>
          <w:color w:val="EE0000"/>
          <w:sz w:val="26"/>
          <w:szCs w:val="26"/>
        </w:rPr>
        <w:t>- Kiểm tra lỗi chính tả trước khi nộp</w:t>
      </w:r>
    </w:p>
    <w:p w14:paraId="1F323B3A" w14:textId="77777777" w:rsidR="00912EB6" w:rsidRPr="005C0281" w:rsidRDefault="00912EB6">
      <w:pPr>
        <w:rPr>
          <w:rFonts w:ascii="Times New Roman" w:hAnsi="Times New Roman" w:cs="Times New Roman"/>
          <w:sz w:val="26"/>
          <w:szCs w:val="26"/>
        </w:rPr>
      </w:pPr>
    </w:p>
    <w:p w14:paraId="6516DDBC" w14:textId="77777777" w:rsidR="00912EB6" w:rsidRPr="005C0281" w:rsidRDefault="00000000">
      <w:pPr>
        <w:rPr>
          <w:rFonts w:ascii="Times New Roman" w:hAnsi="Times New Roman" w:cs="Times New Roman"/>
          <w:sz w:val="26"/>
          <w:szCs w:val="26"/>
        </w:rPr>
      </w:pPr>
      <w:r w:rsidRPr="005C0281">
        <w:rPr>
          <w:rFonts w:ascii="Times New Roman" w:hAnsi="Times New Roman" w:cs="Times New Roman"/>
          <w:sz w:val="26"/>
          <w:szCs w:val="26"/>
        </w:rPr>
        <w:t>Đề nghị các nhóm thực hiện đúng quy định.</w:t>
      </w:r>
    </w:p>
    <w:sectPr w:rsidR="00912EB6" w:rsidRPr="005C02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810BFF"/>
    <w:multiLevelType w:val="multilevel"/>
    <w:tmpl w:val="E720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41C0B"/>
    <w:multiLevelType w:val="hybridMultilevel"/>
    <w:tmpl w:val="0628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644591">
    <w:abstractNumId w:val="8"/>
  </w:num>
  <w:num w:numId="2" w16cid:durableId="932200650">
    <w:abstractNumId w:val="6"/>
  </w:num>
  <w:num w:numId="3" w16cid:durableId="1507792639">
    <w:abstractNumId w:val="5"/>
  </w:num>
  <w:num w:numId="4" w16cid:durableId="250698585">
    <w:abstractNumId w:val="4"/>
  </w:num>
  <w:num w:numId="5" w16cid:durableId="1784573779">
    <w:abstractNumId w:val="7"/>
  </w:num>
  <w:num w:numId="6" w16cid:durableId="943416766">
    <w:abstractNumId w:val="3"/>
  </w:num>
  <w:num w:numId="7" w16cid:durableId="128787470">
    <w:abstractNumId w:val="2"/>
  </w:num>
  <w:num w:numId="8" w16cid:durableId="691152786">
    <w:abstractNumId w:val="1"/>
  </w:num>
  <w:num w:numId="9" w16cid:durableId="1914923393">
    <w:abstractNumId w:val="0"/>
  </w:num>
  <w:num w:numId="10" w16cid:durableId="612783461">
    <w:abstractNumId w:val="9"/>
  </w:num>
  <w:num w:numId="11" w16cid:durableId="507409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DEC"/>
    <w:rsid w:val="0006063C"/>
    <w:rsid w:val="0015074B"/>
    <w:rsid w:val="0029639D"/>
    <w:rsid w:val="00326F90"/>
    <w:rsid w:val="00430806"/>
    <w:rsid w:val="00597E27"/>
    <w:rsid w:val="005C0281"/>
    <w:rsid w:val="00912EB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06C22E"/>
  <w14:defaultImageDpi w14:val="300"/>
  <w15:docId w15:val="{14554A81-BC5E-4716-8757-C10AA2D5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Lưu Bội Tơ</cp:lastModifiedBy>
  <cp:revision>3</cp:revision>
  <dcterms:created xsi:type="dcterms:W3CDTF">2013-12-23T23:15:00Z</dcterms:created>
  <dcterms:modified xsi:type="dcterms:W3CDTF">2026-04-10T06:09:00Z</dcterms:modified>
  <cp:category/>
</cp:coreProperties>
</file>